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</w:pPr>
      <w:r>
        <w:rPr>
          <w:sz w:val="32"/>
        </w:rPr>
        <w:t>Stand: 31.10.2026 / KlangART Hilbeck</w:t>
      </w:r>
    </w:p>
    <w:p/>
    <w:p>
      <w:pPr>
        <w:pStyle w:val="Heading2"/>
      </w:pPr>
      <w:r>
        <w:rPr>
          <w:sz w:val="28"/>
        </w:rPr>
        <w:t>Stimme (Sopran Alt)</w:t>
      </w:r>
    </w:p>
    <w:p/>
    <w:p>
      <w:pPr>
        <w:pStyle w:val="Heading3"/>
      </w:pPr>
      <w:r>
        <w:t>1. Strophe</w:t>
      </w:r>
    </w:p>
    <w:p>
      <w:r>
        <w:rPr>
          <w:rFonts w:ascii="Arial" w:hAnsi="Arial"/>
          <w:sz w:val="22"/>
        </w:rPr>
        <w:t>Do-na no-bis pa cem, do na pa cem Do mi-ne, Do na no bis pa cem da pa cem Do mi-ne._  | Do-na pa cem, pa cem. | Do-na | pa cem, pa cem. ||: Do. na no bis pa cem, ||:  | pa-cem do mi ne._  :|| Do mi ne._  |  :||</w:t>
      </w:r>
    </w:p>
    <w:p/>
    <w:p/>
    <w:p>
      <w:pPr>
        <w:pStyle w:val="Heading2"/>
      </w:pPr>
      <w:r>
        <w:rPr>
          <w:sz w:val="28"/>
        </w:rPr>
        <w:t>Stimme (Tenor Bass)</w:t>
      </w:r>
    </w:p>
    <w:p/>
    <w:p>
      <w:pPr>
        <w:pStyle w:val="Heading3"/>
      </w:pPr>
      <w:r>
        <w:t>1. Strophe</w:t>
      </w:r>
    </w:p>
    <w:p>
      <w:r>
        <w:rPr>
          <w:rFonts w:ascii="Arial" w:hAnsi="Arial"/>
          <w:sz w:val="22"/>
        </w:rPr>
        <w:t>Do na pa cem, pa cem. ||:  ||:  |  :||  |  :||</w:t>
      </w:r>
    </w:p>
    <w:p/>
    <w:p/>
    <w:p/>
    <w:p>
      <w:r>
        <w:rPr>
          <w:i/>
          <w:sz w:val="18"/>
        </w:rPr>
        <w:t>Die Liedtexte basieren auf den Noten vom 31.10.2026</w:t>
      </w:r>
    </w:p>
    <w:p/>
    <w:p>
      <w:pPr>
        <w:pStyle w:val="Heading3"/>
      </w:pPr>
      <w:r>
        <w:t>Legende:</w:t>
      </w:r>
    </w:p>
    <w:p>
      <w:r>
        <w:t xml:space="preserve">  -  = Silbentrennung (hyphen) / Melisma</w:t>
      </w:r>
    </w:p>
    <w:p>
      <w:r>
        <w:t xml:space="preserve">  _  = Haltelinie (extender)</w:t>
      </w:r>
    </w:p>
    <w:p>
      <w:r>
        <w:t xml:space="preserve">  |  = Pause</w:t>
      </w:r>
    </w:p>
    <w:p>
      <w:r>
        <w:t xml:space="preserve">  ||:  = Wiederholung Anfang</w:t>
      </w:r>
    </w:p>
    <w:p>
      <w:r>
        <w:t xml:space="preserve">  :||  = Wiederholung Ende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